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Professor Titular · Doutor em Ciências em Automática</w:t>
            </w:r>
          </w:p>
          <w:p>
            <w:r>
              <w:rPr>
                <w:b/>
                <w:color w:val="195A96"/>
                <w:sz w:val="22"/>
              </w:rPr>
              <w:t>Dossiê profissional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Português · Tradução funcional para difusão internacional; revisar antes de uso oficial institucional.</w:t>
      </w:r>
    </w:p>
    <w:p>
      <w:r>
        <w:rPr>
          <w:b/>
          <w:color w:val="123456"/>
          <w:sz w:val="26"/>
        </w:rPr>
        <w:t>Perfil</w:t>
      </w:r>
    </w:p>
    <w:p>
      <w:r>
        <w:t>Professor Titular da Universidade de Oriente com trajetória em Automática, eletrônica de potência, controle avançado, energias renováveis, micro-hidrelétricas, OTEC, energia undimotriz, software científico e modelagem matemática aplicada.</w:t>
      </w:r>
    </w:p>
    <w:p>
      <w:r>
        <w:rPr>
          <w:b/>
          <w:color w:val="123456"/>
          <w:sz w:val="26"/>
        </w:rPr>
        <w:t>Áreas de especialização</w:t>
      </w:r>
    </w:p>
    <w:p>
      <w:pPr>
        <w:pStyle w:val="ListBullet"/>
      </w:pPr>
      <w:r>
        <w:rPr>
          <w:sz w:val="20"/>
        </w:rPr>
        <w:t>Automática, controle avançado e eletrônica de potência.</w:t>
      </w:r>
    </w:p>
    <w:p>
      <w:pPr>
        <w:pStyle w:val="ListBullet"/>
      </w:pPr>
      <w:r>
        <w:rPr>
          <w:sz w:val="20"/>
        </w:rPr>
        <w:t>Micro-hidrelétricas, turbina Pelton e microrredes isoladas.</w:t>
      </w:r>
    </w:p>
    <w:p>
      <w:pPr>
        <w:pStyle w:val="ListBullet"/>
      </w:pPr>
      <w:r>
        <w:rPr>
          <w:sz w:val="20"/>
        </w:rPr>
        <w:t>Sistemas OTEC, energia oceânica e energia undimotriz.</w:t>
      </w:r>
    </w:p>
    <w:p>
      <w:pPr>
        <w:pStyle w:val="ListBullet"/>
      </w:pPr>
      <w:r>
        <w:rPr>
          <w:sz w:val="20"/>
        </w:rPr>
        <w:t>MATLAB/Simulink, Python, Octave, Arduino e laboratórios virtuais.</w:t>
      </w:r>
    </w:p>
    <w:p>
      <w:pPr>
        <w:pStyle w:val="ListBullet"/>
      </w:pPr>
      <w:r>
        <w:rPr>
          <w:sz w:val="20"/>
        </w:rPr>
        <w:t>Biofísica computacional, oncologia matemática e modelagem de sistemas complexos.</w:t>
      </w:r>
    </w:p>
    <w:p>
      <w:r>
        <w:rPr>
          <w:b/>
          <w:color w:val="123456"/>
          <w:sz w:val="26"/>
        </w:rPr>
        <w:t>Publicações e resultados</w:t>
      </w:r>
    </w:p>
    <w:p>
      <w:pPr>
        <w:pStyle w:val="ListBullet"/>
      </w:pPr>
      <w:r>
        <w:rPr>
          <w:sz w:val="20"/>
        </w:rPr>
        <w:t>Publicações sobre conversores, micro-hidrelétricas, OTEC, energia oceânica e modelagem computacional.</w:t>
      </w:r>
    </w:p>
    <w:p>
      <w:pPr>
        <w:pStyle w:val="ListBullet"/>
      </w:pPr>
      <w:r>
        <w:rPr>
          <w:sz w:val="20"/>
        </w:rPr>
        <w:t>Trabalho interdisciplinar em biofísica computacional e oncologia matemática.</w:t>
      </w:r>
    </w:p>
    <w:p>
      <w:pPr>
        <w:pStyle w:val="ListBullet"/>
      </w:pPr>
      <w:r>
        <w:rPr>
          <w:sz w:val="20"/>
        </w:rPr>
        <w:t>Software educativo, laboratórios virtuais e ferramentas MATLAB/Simulink.</w:t>
      </w:r>
    </w:p>
    <w:p>
      <w:r>
        <w:rPr>
          <w:b/>
          <w:color w:val="123456"/>
          <w:sz w:val="26"/>
        </w:rPr>
        <w:t>Software e projetos</w:t>
      </w:r>
    </w:p>
    <w:p>
      <w:pPr>
        <w:pStyle w:val="ListBullet"/>
      </w:pPr>
      <w:r>
        <w:rPr>
          <w:sz w:val="20"/>
        </w:rPr>
        <w:t>Niord v.1.0 / Niord0150-01-2022</w:t>
      </w:r>
    </w:p>
    <w:p>
      <w:pPr>
        <w:pStyle w:val="ListBullet"/>
      </w:pPr>
      <w:r>
        <w:rPr>
          <w:sz w:val="20"/>
        </w:rPr>
        <w:t>AnaRed V1.0</w:t>
      </w:r>
    </w:p>
    <w:p>
      <w:pPr>
        <w:pStyle w:val="ListBullet"/>
      </w:pPr>
      <w:r>
        <w:rPr>
          <w:sz w:val="20"/>
        </w:rPr>
        <w:t>TabPer V1.0</w:t>
      </w:r>
    </w:p>
    <w:p>
      <w:pPr>
        <w:pStyle w:val="ListBullet"/>
      </w:pPr>
      <w:r>
        <w:rPr>
          <w:sz w:val="20"/>
        </w:rPr>
        <w:t>Cal_Arr_Fre V1.0</w:t>
      </w:r>
    </w:p>
    <w:p>
      <w:pPr>
        <w:pStyle w:val="ListBullet"/>
      </w:pPr>
      <w:r>
        <w:rPr>
          <w:sz w:val="20"/>
        </w:rPr>
        <w:t>Calc_Covid19 V.1.0</w:t>
      </w:r>
    </w:p>
    <w:p>
      <w:r>
        <w:rPr>
          <w:b/>
          <w:color w:val="123456"/>
          <w:sz w:val="26"/>
        </w:rPr>
        <w:t>Posicionamento institucional</w:t>
      </w:r>
    </w:p>
    <w:p>
      <w:r>
        <w:t>Este dossiê resume o perfil acadêmico e tecnológico para apresentação institucional, iniciativas de cooperação e visibilidade internacional. Deve ser revisado junto com a matriz de evidências antes de qualquer submissão oficial.</w:t>
      </w:r>
    </w:p>
    <w:p/>
    <w:p>
      <w:r>
        <w:rPr>
          <w:i/>
          <w:color w:val="5A5A5A"/>
          <w:sz w:val="16"/>
        </w:rPr>
        <w:t>Tradução funcional para difusão internacional; revisar antes de uso oficial institucional.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